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E8E03" w14:textId="77777777" w:rsidR="009210BC" w:rsidRPr="00360211" w:rsidRDefault="00000000">
      <w:pPr>
        <w:spacing w:after="20"/>
        <w:jc w:val="center"/>
        <w:rPr>
          <w:rFonts w:ascii="BIZ UDPゴシック" w:eastAsia="BIZ UDPゴシック" w:hAnsi="BIZ UDPゴシック"/>
          <w:lang w:eastAsia="zh-CN"/>
        </w:rPr>
      </w:pPr>
      <w:r w:rsidRPr="00360211">
        <w:rPr>
          <w:rFonts w:ascii="BIZ UDPゴシック" w:eastAsia="BIZ UDPゴシック" w:hAnsi="BIZ UDPゴシック"/>
          <w:b/>
          <w:color w:val="666666"/>
          <w:sz w:val="19"/>
          <w:lang w:eastAsia="zh-CN"/>
        </w:rPr>
        <w:t>新津商工会議所青年部主催</w:t>
      </w:r>
    </w:p>
    <w:p w14:paraId="693ABC7D" w14:textId="77777777" w:rsidR="009210BC" w:rsidRPr="00360211" w:rsidRDefault="00000000">
      <w:pPr>
        <w:spacing w:line="240" w:lineRule="auto"/>
        <w:jc w:val="center"/>
        <w:rPr>
          <w:rFonts w:ascii="BIZ UDPゴシック" w:eastAsia="BIZ UDPゴシック" w:hAnsi="BIZ UDPゴシック"/>
          <w:lang w:eastAsia="ja-JP"/>
        </w:rPr>
      </w:pPr>
      <w:r w:rsidRPr="00360211">
        <w:rPr>
          <w:rFonts w:ascii="BIZ UDPゴシック" w:eastAsia="BIZ UDPゴシック" w:hAnsi="BIZ UDPゴシック"/>
          <w:b/>
          <w:color w:val="1F3A5F"/>
          <w:sz w:val="31"/>
          <w:lang w:eastAsia="ja-JP"/>
        </w:rPr>
        <w:t>スガワラくん経営セミナー in 新潟　協賛申込書</w:t>
      </w:r>
    </w:p>
    <w:p w14:paraId="0D5DF87C" w14:textId="77777777" w:rsidR="009210BC" w:rsidRPr="00360211" w:rsidRDefault="00000000">
      <w:pPr>
        <w:spacing w:after="20"/>
        <w:jc w:val="center"/>
        <w:rPr>
          <w:rFonts w:ascii="BIZ UDPゴシック" w:eastAsia="BIZ UDPゴシック" w:hAnsi="BIZ UDPゴシック"/>
          <w:lang w:eastAsia="ja-JP"/>
        </w:rPr>
      </w:pPr>
      <w:r w:rsidRPr="00360211">
        <w:rPr>
          <w:rFonts w:ascii="BIZ UDPゴシック" w:eastAsia="BIZ UDPゴシック" w:hAnsi="BIZ UDPゴシック"/>
          <w:b/>
          <w:color w:val="1F3A5F"/>
          <w:lang w:eastAsia="ja-JP"/>
        </w:rPr>
        <w:t>お申し込みは、可能な限りGoogleフォームをご利用ください。</w:t>
      </w:r>
    </w:p>
    <w:p w14:paraId="691254D5" w14:textId="77777777" w:rsidR="009210BC" w:rsidRPr="00360211" w:rsidRDefault="00000000">
      <w:pPr>
        <w:jc w:val="center"/>
        <w:rPr>
          <w:rFonts w:ascii="BIZ UDPゴシック" w:eastAsia="BIZ UDPゴシック" w:hAnsi="BIZ UDPゴシック"/>
          <w:lang w:eastAsia="ja-JP"/>
        </w:rPr>
      </w:pPr>
      <w:r w:rsidRPr="00360211">
        <w:rPr>
          <w:rFonts w:ascii="BIZ UDPゴシック" w:eastAsia="BIZ UDPゴシック" w:hAnsi="BIZ UDPゴシック"/>
          <w:color w:val="000000"/>
          <w:sz w:val="17"/>
          <w:lang w:eastAsia="ja-JP"/>
        </w:rPr>
        <w:t>Googleフォームの利用が難しい場合は、下記申込書をFAX・メールまたは郵送でお送りください。</w:t>
      </w:r>
    </w:p>
    <w:tbl>
      <w:tblPr>
        <w:tblStyle w:val="afe"/>
        <w:tblW w:w="10150" w:type="dxa"/>
        <w:tblLayout w:type="fixed"/>
        <w:tblLook w:val="04A0" w:firstRow="1" w:lastRow="0" w:firstColumn="1" w:lastColumn="0" w:noHBand="0" w:noVBand="1"/>
      </w:tblPr>
      <w:tblGrid>
        <w:gridCol w:w="7650"/>
        <w:gridCol w:w="2500"/>
      </w:tblGrid>
      <w:tr w:rsidR="009210BC" w:rsidRPr="00360211" w14:paraId="12E2EEAA" w14:textId="77777777">
        <w:trPr>
          <w:trHeight w:val="794"/>
        </w:trPr>
        <w:tc>
          <w:tcPr>
            <w:tcW w:w="7650" w:type="dxa"/>
            <w:shd w:val="clear" w:color="auto" w:fill="F5F7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4D5A86" w14:textId="0947A29D" w:rsidR="009210BC" w:rsidRPr="00485C09" w:rsidRDefault="00000000">
            <w:pPr>
              <w:spacing w:after="0" w:line="259" w:lineRule="auto"/>
              <w:rPr>
                <w:rFonts w:ascii="BIZ UDPゴシック" w:eastAsia="BIZ UDPゴシック" w:hAnsi="BIZ UDPゴシック"/>
                <w:sz w:val="28"/>
                <w:szCs w:val="28"/>
                <w:lang w:eastAsia="ja-JP"/>
              </w:rPr>
            </w:pPr>
            <w:r w:rsidRPr="00485C09">
              <w:rPr>
                <w:rFonts w:ascii="BIZ UDPゴシック" w:eastAsia="BIZ UDPゴシック" w:hAnsi="BIZ UDPゴシック"/>
                <w:b/>
                <w:color w:val="1F3A5F"/>
                <w:sz w:val="28"/>
                <w:szCs w:val="28"/>
                <w:lang w:eastAsia="ja-JP"/>
              </w:rPr>
              <w:t>Googleフォーム申込み（推奨）</w:t>
            </w:r>
            <w:r w:rsidRPr="00485C09">
              <w:rPr>
                <w:rFonts w:ascii="BIZ UDPゴシック" w:eastAsia="BIZ UDPゴシック" w:hAnsi="BIZ UDPゴシック"/>
                <w:b/>
                <w:color w:val="1F3A5F"/>
                <w:sz w:val="28"/>
                <w:szCs w:val="28"/>
                <w:lang w:eastAsia="ja-JP"/>
              </w:rPr>
              <w:br/>
              <w:t>申込用URL：</w:t>
            </w:r>
            <w:r w:rsidRPr="00485C09">
              <w:rPr>
                <w:rFonts w:ascii="BIZ UDPゴシック" w:eastAsia="BIZ UDPゴシック" w:hAnsi="BIZ UDPゴシック"/>
                <w:b/>
                <w:color w:val="0066FF"/>
                <w:sz w:val="28"/>
                <w:szCs w:val="28"/>
                <w:lang w:eastAsia="ja-JP"/>
              </w:rPr>
              <w:t>［</w:t>
            </w:r>
            <w:hyperlink r:id="rId8" w:history="1">
              <w:r w:rsidR="00E67FB5" w:rsidRPr="00E67FB5">
                <w:rPr>
                  <w:rStyle w:val="aff"/>
                  <w:rFonts w:ascii="BIZ UDPゴシック" w:eastAsia="BIZ UDPゴシック" w:hAnsi="BIZ UDPゴシック"/>
                  <w:b/>
                  <w:sz w:val="28"/>
                  <w:szCs w:val="28"/>
                  <w:lang w:eastAsia="ja-JP"/>
                </w:rPr>
                <w:t>https://forms.gle/tvHmYub9HjTnWTDd6</w:t>
              </w:r>
            </w:hyperlink>
            <w:r w:rsidRPr="00485C09">
              <w:rPr>
                <w:rFonts w:ascii="BIZ UDPゴシック" w:eastAsia="BIZ UDPゴシック" w:hAnsi="BIZ UDPゴシック"/>
                <w:b/>
                <w:color w:val="1F3A5F"/>
                <w:sz w:val="28"/>
                <w:szCs w:val="28"/>
                <w:lang w:eastAsia="ja-JP"/>
              </w:rPr>
              <w:t>］</w:t>
            </w:r>
          </w:p>
        </w:tc>
        <w:tc>
          <w:tcPr>
            <w:tcW w:w="2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D4DDBA" w14:textId="77777777" w:rsidR="00485C09" w:rsidRDefault="00485C09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  <w:b/>
                <w:color w:val="1F3A5F"/>
                <w:sz w:val="17"/>
                <w:lang w:eastAsia="ja-JP"/>
              </w:rPr>
            </w:pPr>
            <w:r>
              <w:rPr>
                <w:rFonts w:ascii="BIZ UDPゴシック" w:eastAsia="BIZ UDPゴシック" w:hAnsi="BIZ UDPゴシック"/>
                <w:b/>
                <w:noProof/>
                <w:color w:val="1F3A5F"/>
                <w:sz w:val="17"/>
                <w:lang w:eastAsia="ja-JP"/>
              </w:rPr>
              <w:drawing>
                <wp:inline distT="0" distB="0" distL="0" distR="0" wp14:anchorId="14E1B700" wp14:editId="14530CD3">
                  <wp:extent cx="1313924" cy="1318260"/>
                  <wp:effectExtent l="0" t="0" r="635" b="0"/>
                  <wp:docPr id="11137024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103" cy="132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96BD24" w14:textId="0D46D95A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360211">
              <w:rPr>
                <w:rFonts w:ascii="BIZ UDPゴシック" w:eastAsia="BIZ UDPゴシック" w:hAnsi="BIZ UDPゴシック"/>
                <w:b/>
                <w:color w:val="1F3A5F"/>
                <w:sz w:val="17"/>
                <w:lang w:eastAsia="ja-JP"/>
              </w:rPr>
              <w:t>申込用QRコード</w:t>
            </w:r>
          </w:p>
        </w:tc>
      </w:tr>
    </w:tbl>
    <w:p w14:paraId="26EAA868" w14:textId="77777777" w:rsidR="009210BC" w:rsidRPr="00360211" w:rsidRDefault="00000000">
      <w:pPr>
        <w:spacing w:before="40"/>
        <w:jc w:val="center"/>
        <w:rPr>
          <w:rFonts w:ascii="BIZ UDPゴシック" w:eastAsia="BIZ UDPゴシック" w:hAnsi="BIZ UDPゴシック"/>
          <w:lang w:eastAsia="ja-JP"/>
        </w:rPr>
      </w:pPr>
      <w:r w:rsidRPr="00360211">
        <w:rPr>
          <w:rFonts w:ascii="BIZ UDPゴシック" w:eastAsia="BIZ UDPゴシック" w:hAnsi="BIZ UDPゴシック"/>
          <w:color w:val="000000"/>
          <w:sz w:val="18"/>
          <w:lang w:eastAsia="ja-JP"/>
        </w:rPr>
        <w:t>本セミナーの趣旨に賛同し、下記のとおり協賛を申し込みます。</w:t>
      </w:r>
    </w:p>
    <w:tbl>
      <w:tblPr>
        <w:tblStyle w:val="afe"/>
        <w:tblW w:w="10150" w:type="dxa"/>
        <w:tblLayout w:type="fixed"/>
        <w:tblLook w:val="04A0" w:firstRow="1" w:lastRow="0" w:firstColumn="1" w:lastColumn="0" w:noHBand="0" w:noVBand="1"/>
      </w:tblPr>
      <w:tblGrid>
        <w:gridCol w:w="2200"/>
        <w:gridCol w:w="7950"/>
      </w:tblGrid>
      <w:tr w:rsidR="009210BC" w:rsidRPr="00360211" w14:paraId="264EE9C4" w14:textId="77777777">
        <w:trPr>
          <w:cantSplit/>
          <w:trHeight w:val="454"/>
        </w:trPr>
        <w:tc>
          <w:tcPr>
            <w:tcW w:w="2200" w:type="dxa"/>
            <w:shd w:val="clear" w:color="auto" w:fill="E8EEF5"/>
            <w:vAlign w:val="center"/>
          </w:tcPr>
          <w:p w14:paraId="134B5D8C" w14:textId="77777777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</w:rPr>
            </w:pPr>
            <w:proofErr w:type="spellStart"/>
            <w:r w:rsidRPr="00360211">
              <w:rPr>
                <w:rFonts w:ascii="BIZ UDPゴシック" w:eastAsia="BIZ UDPゴシック" w:hAnsi="BIZ UDPゴシック"/>
                <w:b/>
                <w:color w:val="1F3A5F"/>
                <w:sz w:val="18"/>
              </w:rPr>
              <w:t>申込日</w:t>
            </w:r>
            <w:proofErr w:type="spellEnd"/>
          </w:p>
        </w:tc>
        <w:tc>
          <w:tcPr>
            <w:tcW w:w="7950" w:type="dxa"/>
            <w:vAlign w:val="center"/>
          </w:tcPr>
          <w:p w14:paraId="4D508D70" w14:textId="77777777" w:rsidR="009210BC" w:rsidRPr="00360211" w:rsidRDefault="00000000">
            <w:pPr>
              <w:spacing w:after="0" w:line="259" w:lineRule="auto"/>
              <w:rPr>
                <w:rFonts w:ascii="BIZ UDPゴシック" w:eastAsia="BIZ UDPゴシック" w:hAnsi="BIZ UDPゴシック"/>
              </w:rPr>
            </w:pPr>
            <w:r w:rsidRPr="00360211">
              <w:rPr>
                <w:rFonts w:ascii="BIZ UDPゴシック" w:eastAsia="BIZ UDPゴシック" w:hAnsi="BIZ UDPゴシック"/>
                <w:color w:val="000000"/>
                <w:sz w:val="18"/>
              </w:rPr>
              <w:t>令和8年　　　月　　　日</w:t>
            </w:r>
          </w:p>
        </w:tc>
      </w:tr>
      <w:tr w:rsidR="009210BC" w:rsidRPr="00360211" w14:paraId="682183C3" w14:textId="77777777">
        <w:trPr>
          <w:cantSplit/>
          <w:trHeight w:val="624"/>
        </w:trPr>
        <w:tc>
          <w:tcPr>
            <w:tcW w:w="2200" w:type="dxa"/>
            <w:shd w:val="clear" w:color="auto" w:fill="E8EEF5"/>
            <w:vAlign w:val="center"/>
          </w:tcPr>
          <w:p w14:paraId="3C6AC325" w14:textId="77777777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360211">
              <w:rPr>
                <w:rFonts w:ascii="BIZ UDPゴシック" w:eastAsia="BIZ UDPゴシック" w:hAnsi="BIZ UDPゴシック"/>
                <w:b/>
                <w:color w:val="1F3A5F"/>
                <w:sz w:val="18"/>
                <w:lang w:eastAsia="ja-JP"/>
              </w:rPr>
              <w:t>企業・事業所・団体名</w:t>
            </w:r>
          </w:p>
        </w:tc>
        <w:tc>
          <w:tcPr>
            <w:tcW w:w="7950" w:type="dxa"/>
            <w:vAlign w:val="center"/>
          </w:tcPr>
          <w:p w14:paraId="66CD2C18" w14:textId="77777777" w:rsidR="009210BC" w:rsidRPr="00360211" w:rsidRDefault="009210BC">
            <w:pPr>
              <w:spacing w:after="0" w:line="259" w:lineRule="auto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  <w:tr w:rsidR="009210BC" w:rsidRPr="00360211" w14:paraId="766DC5C6" w14:textId="77777777">
        <w:trPr>
          <w:cantSplit/>
          <w:trHeight w:val="567"/>
        </w:trPr>
        <w:tc>
          <w:tcPr>
            <w:tcW w:w="2200" w:type="dxa"/>
            <w:shd w:val="clear" w:color="auto" w:fill="E8EEF5"/>
            <w:vAlign w:val="center"/>
          </w:tcPr>
          <w:p w14:paraId="68C8B105" w14:textId="77777777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</w:rPr>
            </w:pPr>
            <w:proofErr w:type="spellStart"/>
            <w:r w:rsidRPr="00360211">
              <w:rPr>
                <w:rFonts w:ascii="BIZ UDPゴシック" w:eastAsia="BIZ UDPゴシック" w:hAnsi="BIZ UDPゴシック"/>
                <w:b/>
                <w:color w:val="1F3A5F"/>
                <w:sz w:val="18"/>
              </w:rPr>
              <w:t>ご担当者</w:t>
            </w:r>
            <w:proofErr w:type="spellEnd"/>
          </w:p>
        </w:tc>
        <w:tc>
          <w:tcPr>
            <w:tcW w:w="7950" w:type="dxa"/>
            <w:vAlign w:val="center"/>
          </w:tcPr>
          <w:p w14:paraId="763BFD35" w14:textId="77777777" w:rsidR="009210BC" w:rsidRPr="00360211" w:rsidRDefault="00000000">
            <w:pPr>
              <w:spacing w:after="0" w:line="259" w:lineRule="auto"/>
              <w:rPr>
                <w:rFonts w:ascii="BIZ UDPゴシック" w:eastAsia="BIZ UDPゴシック" w:hAnsi="BIZ UDPゴシック"/>
                <w:lang w:eastAsia="ja-JP"/>
              </w:rPr>
            </w:pPr>
            <w:r w:rsidRPr="00360211">
              <w:rPr>
                <w:rFonts w:ascii="BIZ UDPゴシック" w:eastAsia="BIZ UDPゴシック" w:hAnsi="BIZ UDPゴシック"/>
                <w:color w:val="000000"/>
                <w:sz w:val="18"/>
                <w:lang w:eastAsia="ja-JP"/>
              </w:rPr>
              <w:t>部署・役職：　　　　　　　　　　　　氏名：</w:t>
            </w:r>
          </w:p>
        </w:tc>
      </w:tr>
      <w:tr w:rsidR="009210BC" w:rsidRPr="00360211" w14:paraId="636FB9C2" w14:textId="77777777">
        <w:trPr>
          <w:cantSplit/>
          <w:trHeight w:val="850"/>
        </w:trPr>
        <w:tc>
          <w:tcPr>
            <w:tcW w:w="2200" w:type="dxa"/>
            <w:shd w:val="clear" w:color="auto" w:fill="E8EEF5"/>
            <w:vAlign w:val="center"/>
          </w:tcPr>
          <w:p w14:paraId="6C53C93B" w14:textId="77777777" w:rsidR="00750777" w:rsidRDefault="00750777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  <w:b/>
                <w:color w:val="1F3A5F"/>
                <w:sz w:val="18"/>
                <w:lang w:eastAsia="ja-JP"/>
              </w:rPr>
            </w:pPr>
            <w:r w:rsidRPr="00750777">
              <w:rPr>
                <w:rFonts w:ascii="BIZ UDPゴシック" w:eastAsia="BIZ UDPゴシック" w:hAnsi="BIZ UDPゴシック"/>
                <w:b/>
                <w:color w:val="1F3A5F"/>
                <w:sz w:val="18"/>
                <w:lang w:eastAsia="ja-JP"/>
              </w:rPr>
              <w:t>チケット送付先</w:t>
            </w:r>
          </w:p>
          <w:p w14:paraId="6C492FF1" w14:textId="40071F97" w:rsidR="009210BC" w:rsidRPr="00360211" w:rsidRDefault="00750777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750777">
              <w:rPr>
                <w:rFonts w:ascii="BIZ UDPゴシック" w:eastAsia="BIZ UDPゴシック" w:hAnsi="BIZ UDPゴシック"/>
                <w:b/>
                <w:color w:val="1F3A5F"/>
                <w:sz w:val="18"/>
                <w:lang w:eastAsia="ja-JP"/>
              </w:rPr>
              <w:t>（住所・宛名）</w:t>
            </w:r>
          </w:p>
        </w:tc>
        <w:tc>
          <w:tcPr>
            <w:tcW w:w="7950" w:type="dxa"/>
            <w:vAlign w:val="center"/>
          </w:tcPr>
          <w:p w14:paraId="171FC529" w14:textId="77777777" w:rsidR="009210BC" w:rsidRDefault="00E67FB5">
            <w:pPr>
              <w:spacing w:after="0" w:line="259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18"/>
                <w:lang w:eastAsia="ja-JP"/>
              </w:rPr>
              <w:t>【住所】</w:t>
            </w:r>
            <w:r w:rsidRPr="00360211">
              <w:rPr>
                <w:rFonts w:ascii="BIZ UDPゴシック" w:eastAsia="BIZ UDPゴシック" w:hAnsi="BIZ UDPゴシック"/>
                <w:color w:val="000000"/>
                <w:sz w:val="18"/>
              </w:rPr>
              <w:t>〒　　　　-</w:t>
            </w:r>
            <w:r w:rsidRPr="00360211">
              <w:rPr>
                <w:rFonts w:ascii="BIZ UDPゴシック" w:eastAsia="BIZ UDPゴシック" w:hAnsi="BIZ UDPゴシック"/>
                <w:color w:val="000000"/>
                <w:sz w:val="18"/>
              </w:rPr>
              <w:br/>
            </w:r>
          </w:p>
          <w:p w14:paraId="4EC129DC" w14:textId="08B90947" w:rsidR="00E67FB5" w:rsidRPr="00360211" w:rsidRDefault="00E67FB5">
            <w:pPr>
              <w:spacing w:after="0" w:line="259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lang w:eastAsia="ja-JP"/>
              </w:rPr>
              <w:t>【宛名】</w:t>
            </w:r>
          </w:p>
        </w:tc>
      </w:tr>
      <w:tr w:rsidR="009210BC" w:rsidRPr="00360211" w14:paraId="58C9AD85" w14:textId="77777777">
        <w:trPr>
          <w:cantSplit/>
          <w:trHeight w:val="624"/>
        </w:trPr>
        <w:tc>
          <w:tcPr>
            <w:tcW w:w="2200" w:type="dxa"/>
            <w:shd w:val="clear" w:color="auto" w:fill="E8EEF5"/>
            <w:vAlign w:val="center"/>
          </w:tcPr>
          <w:p w14:paraId="50362357" w14:textId="77777777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</w:rPr>
            </w:pPr>
            <w:r w:rsidRPr="00360211">
              <w:rPr>
                <w:rFonts w:ascii="BIZ UDPゴシック" w:eastAsia="BIZ UDPゴシック" w:hAnsi="BIZ UDPゴシック"/>
                <w:b/>
                <w:color w:val="1F3A5F"/>
                <w:sz w:val="18"/>
              </w:rPr>
              <w:t>連絡先</w:t>
            </w:r>
          </w:p>
        </w:tc>
        <w:tc>
          <w:tcPr>
            <w:tcW w:w="7950" w:type="dxa"/>
            <w:vAlign w:val="center"/>
          </w:tcPr>
          <w:p w14:paraId="47F68E9B" w14:textId="77777777" w:rsidR="009210BC" w:rsidRPr="00360211" w:rsidRDefault="00000000">
            <w:pPr>
              <w:spacing w:after="0" w:line="259" w:lineRule="auto"/>
              <w:rPr>
                <w:rFonts w:ascii="BIZ UDPゴシック" w:eastAsia="BIZ UDPゴシック" w:hAnsi="BIZ UDPゴシック"/>
              </w:rPr>
            </w:pPr>
            <w:r w:rsidRPr="00360211">
              <w:rPr>
                <w:rFonts w:ascii="BIZ UDPゴシック" w:eastAsia="BIZ UDPゴシック" w:hAnsi="BIZ UDPゴシック"/>
                <w:color w:val="000000"/>
                <w:sz w:val="18"/>
              </w:rPr>
              <w:t>TEL：　　　　　　　　　　　　　　　E-mail：</w:t>
            </w:r>
          </w:p>
        </w:tc>
      </w:tr>
      <w:tr w:rsidR="009210BC" w:rsidRPr="00360211" w14:paraId="38C75778" w14:textId="77777777">
        <w:trPr>
          <w:cantSplit/>
          <w:trHeight w:val="567"/>
        </w:trPr>
        <w:tc>
          <w:tcPr>
            <w:tcW w:w="2200" w:type="dxa"/>
            <w:shd w:val="clear" w:color="auto" w:fill="E8EEF5"/>
            <w:vAlign w:val="center"/>
          </w:tcPr>
          <w:p w14:paraId="4C129FA8" w14:textId="77777777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</w:rPr>
            </w:pPr>
            <w:r w:rsidRPr="00360211">
              <w:rPr>
                <w:rFonts w:ascii="BIZ UDPゴシック" w:eastAsia="BIZ UDPゴシック" w:hAnsi="BIZ UDPゴシック"/>
                <w:b/>
                <w:color w:val="1F3A5F"/>
                <w:sz w:val="18"/>
              </w:rPr>
              <w:t>協賛金</w:t>
            </w:r>
          </w:p>
        </w:tc>
        <w:tc>
          <w:tcPr>
            <w:tcW w:w="7950" w:type="dxa"/>
            <w:vAlign w:val="center"/>
          </w:tcPr>
          <w:p w14:paraId="0183CFCB" w14:textId="5F3B868C" w:rsidR="009210BC" w:rsidRPr="00360211" w:rsidRDefault="00750777">
            <w:pPr>
              <w:spacing w:after="0" w:line="259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color w:val="000000"/>
                <w:sz w:val="18"/>
              </w:rPr>
              <w:t>1</w:t>
            </w:r>
            <w:r w:rsidRPr="00360211">
              <w:rPr>
                <w:rFonts w:ascii="BIZ UDPゴシック" w:eastAsia="BIZ UDPゴシック" w:hAnsi="BIZ UDPゴシック"/>
                <w:color w:val="000000"/>
                <w:sz w:val="18"/>
              </w:rPr>
              <w:t>口 5</w:t>
            </w:r>
            <w:r>
              <w:rPr>
                <w:rFonts w:ascii="BIZ UDPゴシック" w:eastAsia="BIZ UDPゴシック" w:hAnsi="BIZ UDPゴシック"/>
                <w:color w:val="000000"/>
                <w:sz w:val="18"/>
              </w:rPr>
              <w:t>0</w:t>
            </w:r>
            <w:r w:rsidRPr="00360211">
              <w:rPr>
                <w:rFonts w:ascii="BIZ UDPゴシック" w:eastAsia="BIZ UDPゴシック" w:hAnsi="BIZ UDPゴシック"/>
                <w:color w:val="000000"/>
                <w:sz w:val="18"/>
              </w:rPr>
              <w:t>,</w:t>
            </w:r>
            <w:r>
              <w:rPr>
                <w:rFonts w:ascii="BIZ UDPゴシック" w:eastAsia="BIZ UDPゴシック" w:hAnsi="BIZ UDPゴシック"/>
                <w:color w:val="000000"/>
                <w:sz w:val="18"/>
              </w:rPr>
              <w:t>000</w:t>
            </w:r>
            <w:r w:rsidRPr="00360211">
              <w:rPr>
                <w:rFonts w:ascii="BIZ UDPゴシック" w:eastAsia="BIZ UDPゴシック" w:hAnsi="BIZ UDPゴシック"/>
                <w:color w:val="000000"/>
                <w:sz w:val="18"/>
              </w:rPr>
              <w:t>円 ×　　　口 ＝　　　　　　　　　円</w:t>
            </w:r>
          </w:p>
        </w:tc>
      </w:tr>
      <w:tr w:rsidR="009210BC" w:rsidRPr="00360211" w14:paraId="03DF1920" w14:textId="77777777">
        <w:trPr>
          <w:cantSplit/>
          <w:trHeight w:val="567"/>
        </w:trPr>
        <w:tc>
          <w:tcPr>
            <w:tcW w:w="2200" w:type="dxa"/>
            <w:shd w:val="clear" w:color="auto" w:fill="E8EEF5"/>
            <w:vAlign w:val="center"/>
          </w:tcPr>
          <w:p w14:paraId="52735D54" w14:textId="77777777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</w:rPr>
            </w:pPr>
            <w:r w:rsidRPr="00360211">
              <w:rPr>
                <w:rFonts w:ascii="BIZ UDPゴシック" w:eastAsia="BIZ UDPゴシック" w:hAnsi="BIZ UDPゴシック"/>
                <w:b/>
                <w:color w:val="1F3A5F"/>
                <w:sz w:val="18"/>
              </w:rPr>
              <w:t>協賛者用チケット</w:t>
            </w:r>
          </w:p>
        </w:tc>
        <w:tc>
          <w:tcPr>
            <w:tcW w:w="7950" w:type="dxa"/>
            <w:vAlign w:val="center"/>
          </w:tcPr>
          <w:p w14:paraId="2ED03071" w14:textId="2CCB0CD7" w:rsidR="009210BC" w:rsidRPr="00360211" w:rsidRDefault="00750777">
            <w:pPr>
              <w:spacing w:after="0" w:line="259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color w:val="000000"/>
                <w:sz w:val="18"/>
              </w:rPr>
              <w:t>1</w:t>
            </w:r>
            <w:r w:rsidRPr="00360211">
              <w:rPr>
                <w:rFonts w:ascii="BIZ UDPゴシック" w:eastAsia="BIZ UDPゴシック" w:hAnsi="BIZ UDPゴシック"/>
                <w:color w:val="000000"/>
                <w:sz w:val="18"/>
              </w:rPr>
              <w:t xml:space="preserve">名 </w:t>
            </w:r>
            <w:r>
              <w:rPr>
                <w:rFonts w:ascii="BIZ UDPゴシック" w:eastAsia="BIZ UDPゴシック" w:hAnsi="BIZ UDPゴシック"/>
                <w:color w:val="000000"/>
                <w:sz w:val="18"/>
              </w:rPr>
              <w:t>1</w:t>
            </w:r>
            <w:r w:rsidRPr="00360211">
              <w:rPr>
                <w:rFonts w:ascii="BIZ UDPゴシック" w:eastAsia="BIZ UDPゴシック" w:hAnsi="BIZ UDPゴシック"/>
                <w:color w:val="000000"/>
                <w:sz w:val="18"/>
              </w:rPr>
              <w:t>,5</w:t>
            </w:r>
            <w:r>
              <w:rPr>
                <w:rFonts w:ascii="BIZ UDPゴシック" w:eastAsia="BIZ UDPゴシック" w:hAnsi="BIZ UDPゴシック"/>
                <w:color w:val="000000"/>
                <w:sz w:val="18"/>
              </w:rPr>
              <w:t>00</w:t>
            </w:r>
            <w:r w:rsidRPr="00360211">
              <w:rPr>
                <w:rFonts w:ascii="BIZ UDPゴシック" w:eastAsia="BIZ UDPゴシック" w:hAnsi="BIZ UDPゴシック"/>
                <w:color w:val="000000"/>
                <w:sz w:val="18"/>
              </w:rPr>
              <w:t>円 ×　　　枚 ＝　　　　　　　　　円</w:t>
            </w:r>
          </w:p>
        </w:tc>
      </w:tr>
      <w:tr w:rsidR="009210BC" w:rsidRPr="00360211" w14:paraId="6B82A214" w14:textId="77777777">
        <w:trPr>
          <w:cantSplit/>
          <w:trHeight w:val="567"/>
        </w:trPr>
        <w:tc>
          <w:tcPr>
            <w:tcW w:w="2200" w:type="dxa"/>
            <w:shd w:val="clear" w:color="auto" w:fill="E8EEF5"/>
            <w:vAlign w:val="center"/>
          </w:tcPr>
          <w:p w14:paraId="20D38B56" w14:textId="77777777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</w:rPr>
            </w:pPr>
            <w:r w:rsidRPr="00360211">
              <w:rPr>
                <w:rFonts w:ascii="BIZ UDPゴシック" w:eastAsia="BIZ UDPゴシック" w:hAnsi="BIZ UDPゴシック"/>
                <w:b/>
                <w:color w:val="1F3A5F"/>
                <w:sz w:val="18"/>
              </w:rPr>
              <w:t>合計振込金額</w:t>
            </w:r>
          </w:p>
        </w:tc>
        <w:tc>
          <w:tcPr>
            <w:tcW w:w="7950" w:type="dxa"/>
            <w:vAlign w:val="center"/>
          </w:tcPr>
          <w:p w14:paraId="6E952A3F" w14:textId="77777777" w:rsidR="009210BC" w:rsidRPr="00360211" w:rsidRDefault="00000000">
            <w:pPr>
              <w:spacing w:after="0" w:line="259" w:lineRule="auto"/>
              <w:rPr>
                <w:rFonts w:ascii="BIZ UDPゴシック" w:eastAsia="BIZ UDPゴシック" w:hAnsi="BIZ UDPゴシック"/>
              </w:rPr>
            </w:pPr>
            <w:r w:rsidRPr="00360211">
              <w:rPr>
                <w:rFonts w:ascii="BIZ UDPゴシック" w:eastAsia="BIZ UDPゴシック" w:hAnsi="BIZ UDPゴシック"/>
                <w:color w:val="000000"/>
                <w:sz w:val="18"/>
              </w:rPr>
              <w:t xml:space="preserve">　　　　　　　　　　　　　　　　円</w:t>
            </w:r>
          </w:p>
        </w:tc>
      </w:tr>
      <w:tr w:rsidR="009210BC" w:rsidRPr="00360211" w14:paraId="4EF174E4" w14:textId="77777777">
        <w:trPr>
          <w:cantSplit/>
          <w:trHeight w:val="510"/>
        </w:trPr>
        <w:tc>
          <w:tcPr>
            <w:tcW w:w="2200" w:type="dxa"/>
            <w:shd w:val="clear" w:color="auto" w:fill="E8EEF5"/>
            <w:vAlign w:val="center"/>
          </w:tcPr>
          <w:p w14:paraId="0D90C863" w14:textId="77777777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</w:rPr>
            </w:pPr>
            <w:r w:rsidRPr="00360211">
              <w:rPr>
                <w:rFonts w:ascii="BIZ UDPゴシック" w:eastAsia="BIZ UDPゴシック" w:hAnsi="BIZ UDPゴシック"/>
                <w:b/>
                <w:color w:val="1F3A5F"/>
                <w:sz w:val="18"/>
              </w:rPr>
              <w:t>振込予定日</w:t>
            </w:r>
          </w:p>
        </w:tc>
        <w:tc>
          <w:tcPr>
            <w:tcW w:w="7950" w:type="dxa"/>
            <w:vAlign w:val="center"/>
          </w:tcPr>
          <w:p w14:paraId="06643FD5" w14:textId="77777777" w:rsidR="009210BC" w:rsidRPr="00360211" w:rsidRDefault="00000000">
            <w:pPr>
              <w:spacing w:after="0" w:line="259" w:lineRule="auto"/>
              <w:rPr>
                <w:rFonts w:ascii="BIZ UDPゴシック" w:eastAsia="BIZ UDPゴシック" w:hAnsi="BIZ UDPゴシック"/>
              </w:rPr>
            </w:pPr>
            <w:r w:rsidRPr="00360211">
              <w:rPr>
                <w:rFonts w:ascii="BIZ UDPゴシック" w:eastAsia="BIZ UDPゴシック" w:hAnsi="BIZ UDPゴシック"/>
                <w:color w:val="000000"/>
                <w:sz w:val="18"/>
              </w:rPr>
              <w:t>令和8年　　　月　　　日</w:t>
            </w:r>
          </w:p>
        </w:tc>
      </w:tr>
      <w:tr w:rsidR="009210BC" w:rsidRPr="00360211" w14:paraId="1F46A9CD" w14:textId="77777777">
        <w:trPr>
          <w:cantSplit/>
          <w:trHeight w:val="567"/>
        </w:trPr>
        <w:tc>
          <w:tcPr>
            <w:tcW w:w="2200" w:type="dxa"/>
            <w:shd w:val="clear" w:color="auto" w:fill="E8EEF5"/>
            <w:vAlign w:val="center"/>
          </w:tcPr>
          <w:p w14:paraId="201E369B" w14:textId="77777777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</w:rPr>
            </w:pPr>
            <w:r w:rsidRPr="00360211">
              <w:rPr>
                <w:rFonts w:ascii="BIZ UDPゴシック" w:eastAsia="BIZ UDPゴシック" w:hAnsi="BIZ UDPゴシック"/>
                <w:b/>
                <w:color w:val="1F3A5F"/>
                <w:sz w:val="18"/>
              </w:rPr>
              <w:t>パンフレット掲載</w:t>
            </w:r>
          </w:p>
        </w:tc>
        <w:tc>
          <w:tcPr>
            <w:tcW w:w="7950" w:type="dxa"/>
            <w:vAlign w:val="center"/>
          </w:tcPr>
          <w:p w14:paraId="4221A1BD" w14:textId="77777777" w:rsidR="009210BC" w:rsidRPr="00360211" w:rsidRDefault="00000000">
            <w:pPr>
              <w:spacing w:after="0" w:line="259" w:lineRule="auto"/>
              <w:rPr>
                <w:rFonts w:ascii="BIZ UDPゴシック" w:eastAsia="BIZ UDPゴシック" w:hAnsi="BIZ UDPゴシック"/>
                <w:lang w:eastAsia="ja-JP"/>
              </w:rPr>
            </w:pPr>
            <w:r w:rsidRPr="00360211">
              <w:rPr>
                <w:rFonts w:ascii="BIZ UDPゴシック" w:eastAsia="BIZ UDPゴシック" w:hAnsi="BIZ UDPゴシック"/>
                <w:color w:val="000000"/>
                <w:sz w:val="18"/>
                <w:lang w:eastAsia="ja-JP"/>
              </w:rPr>
              <w:t>□ 企業・事業所・団体名　　□ 企業ロゴ　　□ 掲載不要</w:t>
            </w:r>
          </w:p>
        </w:tc>
      </w:tr>
      <w:tr w:rsidR="009210BC" w:rsidRPr="00360211" w14:paraId="68ABCBFC" w14:textId="77777777">
        <w:trPr>
          <w:cantSplit/>
          <w:trHeight w:val="567"/>
        </w:trPr>
        <w:tc>
          <w:tcPr>
            <w:tcW w:w="2200" w:type="dxa"/>
            <w:shd w:val="clear" w:color="auto" w:fill="E8EEF5"/>
            <w:vAlign w:val="center"/>
          </w:tcPr>
          <w:p w14:paraId="74ECE4A7" w14:textId="77777777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</w:rPr>
            </w:pPr>
            <w:proofErr w:type="spellStart"/>
            <w:r w:rsidRPr="00360211">
              <w:rPr>
                <w:rFonts w:ascii="BIZ UDPゴシック" w:eastAsia="BIZ UDPゴシック" w:hAnsi="BIZ UDPゴシック"/>
                <w:b/>
                <w:color w:val="1F3A5F"/>
                <w:sz w:val="18"/>
              </w:rPr>
              <w:t>領収書</w:t>
            </w:r>
            <w:proofErr w:type="spellEnd"/>
          </w:p>
        </w:tc>
        <w:tc>
          <w:tcPr>
            <w:tcW w:w="7950" w:type="dxa"/>
            <w:vAlign w:val="center"/>
          </w:tcPr>
          <w:p w14:paraId="3F0CC9F0" w14:textId="77777777" w:rsidR="009210BC" w:rsidRPr="00360211" w:rsidRDefault="00000000">
            <w:pPr>
              <w:spacing w:after="0" w:line="259" w:lineRule="auto"/>
              <w:rPr>
                <w:rFonts w:ascii="BIZ UDPゴシック" w:eastAsia="BIZ UDPゴシック" w:hAnsi="BIZ UDPゴシック"/>
              </w:rPr>
            </w:pPr>
            <w:r w:rsidRPr="00360211">
              <w:rPr>
                <w:rFonts w:ascii="BIZ UDPゴシック" w:eastAsia="BIZ UDPゴシック" w:hAnsi="BIZ UDPゴシック"/>
                <w:color w:val="000000"/>
                <w:sz w:val="18"/>
              </w:rPr>
              <w:t>□ 不要　　□ 必要（宛名：　　　　　　　　　　　　　　　　）</w:t>
            </w:r>
          </w:p>
        </w:tc>
      </w:tr>
      <w:tr w:rsidR="009210BC" w:rsidRPr="00360211" w14:paraId="2290E691" w14:textId="77777777" w:rsidTr="00485C09">
        <w:trPr>
          <w:cantSplit/>
          <w:trHeight w:val="616"/>
        </w:trPr>
        <w:tc>
          <w:tcPr>
            <w:tcW w:w="2200" w:type="dxa"/>
            <w:shd w:val="clear" w:color="auto" w:fill="E8EEF5"/>
            <w:vAlign w:val="center"/>
          </w:tcPr>
          <w:p w14:paraId="21BD6D8C" w14:textId="77777777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</w:rPr>
            </w:pPr>
            <w:proofErr w:type="spellStart"/>
            <w:r w:rsidRPr="00360211">
              <w:rPr>
                <w:rFonts w:ascii="BIZ UDPゴシック" w:eastAsia="BIZ UDPゴシック" w:hAnsi="BIZ UDPゴシック"/>
                <w:b/>
                <w:color w:val="1F3A5F"/>
                <w:sz w:val="18"/>
              </w:rPr>
              <w:t>備考</w:t>
            </w:r>
            <w:proofErr w:type="spellEnd"/>
          </w:p>
        </w:tc>
        <w:tc>
          <w:tcPr>
            <w:tcW w:w="7950" w:type="dxa"/>
            <w:vAlign w:val="center"/>
          </w:tcPr>
          <w:p w14:paraId="7B205605" w14:textId="77777777" w:rsidR="009210BC" w:rsidRPr="00360211" w:rsidRDefault="009210BC">
            <w:pPr>
              <w:spacing w:after="0" w:line="259" w:lineRule="auto"/>
              <w:rPr>
                <w:rFonts w:ascii="BIZ UDPゴシック" w:eastAsia="BIZ UDPゴシック" w:hAnsi="BIZ UDPゴシック"/>
              </w:rPr>
            </w:pPr>
          </w:p>
        </w:tc>
      </w:tr>
    </w:tbl>
    <w:p w14:paraId="2BEA201E" w14:textId="77777777" w:rsidR="009210BC" w:rsidRPr="00360211" w:rsidRDefault="00000000">
      <w:pPr>
        <w:spacing w:before="60" w:after="30" w:line="259" w:lineRule="auto"/>
        <w:rPr>
          <w:rFonts w:ascii="BIZ UDPゴシック" w:eastAsia="BIZ UDPゴシック" w:hAnsi="BIZ UDPゴシック"/>
          <w:lang w:eastAsia="ja-JP"/>
        </w:rPr>
      </w:pPr>
      <w:r w:rsidRPr="00360211">
        <w:rPr>
          <w:rFonts w:ascii="BIZ UDPゴシック" w:eastAsia="BIZ UDPゴシック" w:hAnsi="BIZ UDPゴシック"/>
          <w:color w:val="000000"/>
          <w:sz w:val="17"/>
          <w:lang w:eastAsia="ja-JP"/>
        </w:rPr>
        <w:t>※企業ロゴの掲載を希望する場合は、ロゴデータ（jpg・</w:t>
      </w:r>
      <w:proofErr w:type="spellStart"/>
      <w:r w:rsidRPr="00360211">
        <w:rPr>
          <w:rFonts w:ascii="BIZ UDPゴシック" w:eastAsia="BIZ UDPゴシック" w:hAnsi="BIZ UDPゴシック"/>
          <w:color w:val="000000"/>
          <w:sz w:val="17"/>
          <w:lang w:eastAsia="ja-JP"/>
        </w:rPr>
        <w:t>png</w:t>
      </w:r>
      <w:proofErr w:type="spellEnd"/>
      <w:r w:rsidRPr="00360211">
        <w:rPr>
          <w:rFonts w:ascii="BIZ UDPゴシック" w:eastAsia="BIZ UDPゴシック" w:hAnsi="BIZ UDPゴシック"/>
          <w:color w:val="000000"/>
          <w:sz w:val="17"/>
          <w:lang w:eastAsia="ja-JP"/>
        </w:rPr>
        <w:t>・pdf・ai等）を n-yeg@fsinet.or.jp へお送りください。</w:t>
      </w:r>
    </w:p>
    <w:p w14:paraId="4FDEF7C3" w14:textId="77777777" w:rsidR="009210BC" w:rsidRPr="00360211" w:rsidRDefault="00000000">
      <w:pPr>
        <w:spacing w:after="30" w:line="259" w:lineRule="auto"/>
        <w:rPr>
          <w:rFonts w:ascii="BIZ UDPゴシック" w:eastAsia="BIZ UDPゴシック" w:hAnsi="BIZ UDPゴシック"/>
          <w:lang w:eastAsia="ja-JP"/>
        </w:rPr>
      </w:pPr>
      <w:r w:rsidRPr="00360211">
        <w:rPr>
          <w:rFonts w:ascii="BIZ UDPゴシック" w:eastAsia="BIZ UDPゴシック" w:hAnsi="BIZ UDPゴシック"/>
          <w:color w:val="000000"/>
          <w:sz w:val="17"/>
          <w:lang w:eastAsia="ja-JP"/>
        </w:rPr>
        <w:t>※協賛金およびチケット代の入金確認後、協賛者用の紙チケットを上記送付先へ郵送します。</w:t>
      </w:r>
    </w:p>
    <w:p w14:paraId="7A589F8A" w14:textId="77777777" w:rsidR="00A34BF3" w:rsidRDefault="00A34BF3" w:rsidP="00360211">
      <w:pPr>
        <w:rPr>
          <w:rFonts w:ascii="BIZ UDPゴシック" w:eastAsia="BIZ UDPゴシック" w:hAnsi="BIZ UDPゴシック"/>
          <w:b/>
          <w:bCs/>
          <w:lang w:eastAsia="ja-JP"/>
        </w:rPr>
      </w:pPr>
    </w:p>
    <w:p w14:paraId="37D3DE04" w14:textId="14E3985B" w:rsidR="009210BC" w:rsidRPr="00360211" w:rsidRDefault="00000000" w:rsidP="00360211">
      <w:pPr>
        <w:rPr>
          <w:rFonts w:ascii="BIZ UDPゴシック" w:eastAsia="BIZ UDPゴシック" w:hAnsi="BIZ UDPゴシック"/>
          <w:b/>
          <w:bCs/>
        </w:rPr>
      </w:pPr>
      <w:proofErr w:type="spellStart"/>
      <w:r w:rsidRPr="00360211">
        <w:rPr>
          <w:rFonts w:ascii="BIZ UDPゴシック" w:eastAsia="BIZ UDPゴシック" w:hAnsi="BIZ UDPゴシック"/>
          <w:b/>
          <w:bCs/>
        </w:rPr>
        <w:t>お振込み先</w:t>
      </w:r>
      <w:proofErr w:type="spellEnd"/>
    </w:p>
    <w:tbl>
      <w:tblPr>
        <w:tblStyle w:val="afe"/>
        <w:tblW w:w="10150" w:type="dxa"/>
        <w:tblLayout w:type="fixed"/>
        <w:tblLook w:val="04A0" w:firstRow="1" w:lastRow="0" w:firstColumn="1" w:lastColumn="0" w:noHBand="0" w:noVBand="1"/>
      </w:tblPr>
      <w:tblGrid>
        <w:gridCol w:w="1500"/>
        <w:gridCol w:w="3550"/>
        <w:gridCol w:w="1500"/>
        <w:gridCol w:w="3600"/>
      </w:tblGrid>
      <w:tr w:rsidR="009210BC" w:rsidRPr="00360211" w14:paraId="38D620B2" w14:textId="77777777">
        <w:trPr>
          <w:cantSplit/>
        </w:trPr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901B0" w14:textId="77777777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</w:rPr>
            </w:pPr>
            <w:r w:rsidRPr="00360211">
              <w:rPr>
                <w:rFonts w:ascii="BIZ UDPゴシック" w:eastAsia="BIZ UDPゴシック" w:hAnsi="BIZ UDPゴシック"/>
                <w:b/>
                <w:color w:val="1F3A5F"/>
                <w:sz w:val="17"/>
              </w:rPr>
              <w:t>金融機関</w:t>
            </w:r>
          </w:p>
        </w:tc>
        <w:tc>
          <w:tcPr>
            <w:tcW w:w="3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C2ACA8" w14:textId="515BFC5C" w:rsidR="009210BC" w:rsidRPr="00360211" w:rsidRDefault="00000000">
            <w:pPr>
              <w:spacing w:after="0" w:line="259" w:lineRule="auto"/>
              <w:rPr>
                <w:rFonts w:ascii="BIZ UDPゴシック" w:eastAsia="BIZ UDPゴシック" w:hAnsi="BIZ UDPゴシック"/>
                <w:lang w:eastAsia="zh-CN"/>
              </w:rPr>
            </w:pPr>
            <w:r w:rsidRPr="00360211">
              <w:rPr>
                <w:rFonts w:ascii="BIZ UDPゴシック" w:eastAsia="BIZ UDPゴシック" w:hAnsi="BIZ UDPゴシック"/>
                <w:color w:val="000000"/>
                <w:sz w:val="17"/>
                <w:lang w:eastAsia="zh-CN"/>
              </w:rPr>
              <w:t>第四北越銀行 新津支店（店番号</w:t>
            </w:r>
            <w:r w:rsidR="00750777">
              <w:rPr>
                <w:rFonts w:ascii="BIZ UDPゴシック" w:eastAsia="BIZ UDPゴシック" w:hAnsi="BIZ UDPゴシック"/>
                <w:color w:val="000000"/>
                <w:sz w:val="17"/>
                <w:lang w:eastAsia="zh-CN"/>
              </w:rPr>
              <w:t>331</w:t>
            </w:r>
            <w:r w:rsidRPr="00360211">
              <w:rPr>
                <w:rFonts w:ascii="BIZ UDPゴシック" w:eastAsia="BIZ UDPゴシック" w:hAnsi="BIZ UDPゴシック"/>
                <w:color w:val="000000"/>
                <w:sz w:val="17"/>
                <w:lang w:eastAsia="zh-CN"/>
              </w:rPr>
              <w:t>）</w:t>
            </w:r>
          </w:p>
        </w:tc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667C33" w14:textId="77777777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</w:rPr>
            </w:pPr>
            <w:proofErr w:type="spellStart"/>
            <w:r w:rsidRPr="00360211">
              <w:rPr>
                <w:rFonts w:ascii="BIZ UDPゴシック" w:eastAsia="BIZ UDPゴシック" w:hAnsi="BIZ UDPゴシック"/>
                <w:b/>
                <w:color w:val="1F3A5F"/>
                <w:sz w:val="17"/>
              </w:rPr>
              <w:t>口座</w:t>
            </w:r>
            <w:proofErr w:type="spellEnd"/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B7A231" w14:textId="367A2C2B" w:rsidR="009210BC" w:rsidRPr="00360211" w:rsidRDefault="00000000">
            <w:pPr>
              <w:spacing w:after="0" w:line="259" w:lineRule="auto"/>
              <w:rPr>
                <w:rFonts w:ascii="BIZ UDPゴシック" w:eastAsia="BIZ UDPゴシック" w:hAnsi="BIZ UDPゴシック"/>
              </w:rPr>
            </w:pPr>
            <w:proofErr w:type="spellStart"/>
            <w:r w:rsidRPr="00360211">
              <w:rPr>
                <w:rFonts w:ascii="BIZ UDPゴシック" w:eastAsia="BIZ UDPゴシック" w:hAnsi="BIZ UDPゴシック"/>
                <w:color w:val="000000"/>
                <w:sz w:val="17"/>
              </w:rPr>
              <w:t>普通預金</w:t>
            </w:r>
            <w:proofErr w:type="spellEnd"/>
            <w:r w:rsidRPr="00360211">
              <w:rPr>
                <w:rFonts w:ascii="BIZ UDPゴシック" w:eastAsia="BIZ UDPゴシック" w:hAnsi="BIZ UDPゴシック"/>
                <w:color w:val="000000"/>
                <w:sz w:val="17"/>
              </w:rPr>
              <w:t xml:space="preserve"> </w:t>
            </w:r>
            <w:r w:rsidR="00750777">
              <w:rPr>
                <w:rFonts w:ascii="BIZ UDPゴシック" w:eastAsia="BIZ UDPゴシック" w:hAnsi="BIZ UDPゴシック"/>
                <w:color w:val="000000"/>
                <w:sz w:val="17"/>
              </w:rPr>
              <w:t>13</w:t>
            </w:r>
            <w:r w:rsidRPr="00360211">
              <w:rPr>
                <w:rFonts w:ascii="BIZ UDPゴシック" w:eastAsia="BIZ UDPゴシック" w:hAnsi="BIZ UDPゴシック"/>
                <w:color w:val="000000"/>
                <w:sz w:val="17"/>
              </w:rPr>
              <w:t>4</w:t>
            </w:r>
            <w:r w:rsidR="00750777">
              <w:rPr>
                <w:rFonts w:ascii="BIZ UDPゴシック" w:eastAsia="BIZ UDPゴシック" w:hAnsi="BIZ UDPゴシック"/>
                <w:color w:val="000000"/>
                <w:sz w:val="17"/>
              </w:rPr>
              <w:t>1</w:t>
            </w:r>
            <w:r w:rsidRPr="00360211">
              <w:rPr>
                <w:rFonts w:ascii="BIZ UDPゴシック" w:eastAsia="BIZ UDPゴシック" w:hAnsi="BIZ UDPゴシック"/>
                <w:color w:val="000000"/>
                <w:sz w:val="17"/>
              </w:rPr>
              <w:t>8</w:t>
            </w:r>
            <w:r w:rsidR="00750777">
              <w:rPr>
                <w:rFonts w:ascii="BIZ UDPゴシック" w:eastAsia="BIZ UDPゴシック" w:hAnsi="BIZ UDPゴシック"/>
                <w:color w:val="000000"/>
                <w:sz w:val="17"/>
              </w:rPr>
              <w:t>12</w:t>
            </w:r>
          </w:p>
        </w:tc>
      </w:tr>
      <w:tr w:rsidR="009210BC" w:rsidRPr="00360211" w14:paraId="31CB7C6A" w14:textId="77777777">
        <w:trPr>
          <w:cantSplit/>
        </w:trPr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B11FEA" w14:textId="77777777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</w:rPr>
            </w:pPr>
            <w:r w:rsidRPr="00360211">
              <w:rPr>
                <w:rFonts w:ascii="BIZ UDPゴシック" w:eastAsia="BIZ UDPゴシック" w:hAnsi="BIZ UDPゴシック"/>
                <w:b/>
                <w:color w:val="1F3A5F"/>
                <w:sz w:val="17"/>
              </w:rPr>
              <w:t>口座名義</w:t>
            </w:r>
          </w:p>
        </w:tc>
        <w:tc>
          <w:tcPr>
            <w:tcW w:w="3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21FFEA" w14:textId="77777777" w:rsidR="009210BC" w:rsidRPr="00360211" w:rsidRDefault="00000000">
            <w:pPr>
              <w:spacing w:after="0" w:line="259" w:lineRule="auto"/>
              <w:rPr>
                <w:rFonts w:ascii="BIZ UDPゴシック" w:eastAsia="BIZ UDPゴシック" w:hAnsi="BIZ UDPゴシック"/>
                <w:lang w:eastAsia="zh-CN"/>
              </w:rPr>
            </w:pPr>
            <w:r w:rsidRPr="00360211">
              <w:rPr>
                <w:rFonts w:ascii="BIZ UDPゴシック" w:eastAsia="BIZ UDPゴシック" w:hAnsi="BIZ UDPゴシック"/>
                <w:color w:val="000000"/>
                <w:sz w:val="17"/>
                <w:lang w:eastAsia="zh-CN"/>
              </w:rPr>
              <w:t>新津商工会議所青年部　専務理事　渡辺 稔</w:t>
            </w:r>
          </w:p>
        </w:tc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639EC9" w14:textId="77777777" w:rsidR="009210BC" w:rsidRPr="00360211" w:rsidRDefault="00000000">
            <w:pPr>
              <w:spacing w:after="0" w:line="259" w:lineRule="auto"/>
              <w:jc w:val="center"/>
              <w:rPr>
                <w:rFonts w:ascii="BIZ UDPゴシック" w:eastAsia="BIZ UDPゴシック" w:hAnsi="BIZ UDPゴシック"/>
              </w:rPr>
            </w:pPr>
            <w:proofErr w:type="spellStart"/>
            <w:r w:rsidRPr="00360211">
              <w:rPr>
                <w:rFonts w:ascii="BIZ UDPゴシック" w:eastAsia="BIZ UDPゴシック" w:hAnsi="BIZ UDPゴシック"/>
                <w:b/>
                <w:color w:val="1F3A5F"/>
                <w:sz w:val="17"/>
              </w:rPr>
              <w:t>期限</w:t>
            </w:r>
            <w:proofErr w:type="spellEnd"/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CF325B" w14:textId="16F3D4F2" w:rsidR="009210BC" w:rsidRPr="00360211" w:rsidRDefault="00000000">
            <w:pPr>
              <w:spacing w:after="0" w:line="259" w:lineRule="auto"/>
              <w:rPr>
                <w:rFonts w:ascii="BIZ UDPゴシック" w:eastAsia="BIZ UDPゴシック" w:hAnsi="BIZ UDPゴシック"/>
              </w:rPr>
            </w:pPr>
            <w:r w:rsidRPr="00360211">
              <w:rPr>
                <w:rFonts w:ascii="BIZ UDPゴシック" w:eastAsia="BIZ UDPゴシック" w:hAnsi="BIZ UDPゴシック"/>
                <w:color w:val="000000"/>
                <w:sz w:val="17"/>
              </w:rPr>
              <w:t>令和8年</w:t>
            </w:r>
            <w:r w:rsidR="00750777">
              <w:rPr>
                <w:rFonts w:ascii="BIZ UDPゴシック" w:eastAsia="BIZ UDPゴシック" w:hAnsi="BIZ UDPゴシック" w:hint="eastAsia"/>
                <w:color w:val="000000"/>
                <w:sz w:val="17"/>
                <w:lang w:eastAsia="ja-JP"/>
              </w:rPr>
              <w:t>10</w:t>
            </w:r>
            <w:r w:rsidRPr="00360211">
              <w:rPr>
                <w:rFonts w:ascii="BIZ UDPゴシック" w:eastAsia="BIZ UDPゴシック" w:hAnsi="BIZ UDPゴシック"/>
                <w:color w:val="000000"/>
                <w:sz w:val="17"/>
              </w:rPr>
              <w:t>月</w:t>
            </w:r>
            <w:r w:rsidR="00750777">
              <w:rPr>
                <w:rFonts w:ascii="BIZ UDPゴシック" w:eastAsia="BIZ UDPゴシック" w:hAnsi="BIZ UDPゴシック" w:hint="eastAsia"/>
                <w:color w:val="000000"/>
                <w:sz w:val="17"/>
                <w:lang w:eastAsia="ja-JP"/>
              </w:rPr>
              <w:t>1</w:t>
            </w:r>
            <w:r w:rsidR="00485C09">
              <w:rPr>
                <w:rFonts w:ascii="BIZ UDPゴシック" w:eastAsia="BIZ UDPゴシック" w:hAnsi="BIZ UDPゴシック" w:hint="eastAsia"/>
                <w:color w:val="000000"/>
                <w:sz w:val="17"/>
                <w:lang w:eastAsia="ja-JP"/>
              </w:rPr>
              <w:t>６</w:t>
            </w:r>
            <w:r w:rsidRPr="00360211">
              <w:rPr>
                <w:rFonts w:ascii="BIZ UDPゴシック" w:eastAsia="BIZ UDPゴシック" w:hAnsi="BIZ UDPゴシック"/>
                <w:color w:val="000000"/>
                <w:sz w:val="17"/>
              </w:rPr>
              <w:t>日（</w:t>
            </w:r>
            <w:r w:rsidR="00485C09">
              <w:rPr>
                <w:rFonts w:ascii="BIZ UDPゴシック" w:eastAsia="BIZ UDPゴシック" w:hAnsi="BIZ UDPゴシック" w:hint="eastAsia"/>
                <w:color w:val="000000"/>
                <w:sz w:val="17"/>
                <w:lang w:eastAsia="ja-JP"/>
              </w:rPr>
              <w:t>金</w:t>
            </w:r>
            <w:r w:rsidRPr="00360211">
              <w:rPr>
                <w:rFonts w:ascii="BIZ UDPゴシック" w:eastAsia="BIZ UDPゴシック" w:hAnsi="BIZ UDPゴシック"/>
                <w:color w:val="000000"/>
                <w:sz w:val="17"/>
              </w:rPr>
              <w:t>）</w:t>
            </w:r>
          </w:p>
        </w:tc>
      </w:tr>
    </w:tbl>
    <w:p w14:paraId="6670C08D" w14:textId="50C6C084" w:rsidR="009210BC" w:rsidRPr="00360211" w:rsidRDefault="00000000">
      <w:pPr>
        <w:spacing w:before="60" w:after="20"/>
        <w:rPr>
          <w:rFonts w:ascii="BIZ UDPゴシック" w:eastAsia="BIZ UDPゴシック" w:hAnsi="BIZ UDPゴシック"/>
          <w:lang w:eastAsia="zh-CN"/>
        </w:rPr>
      </w:pPr>
      <w:r w:rsidRPr="00360211">
        <w:rPr>
          <w:rFonts w:ascii="BIZ UDPゴシック" w:eastAsia="BIZ UDPゴシック" w:hAnsi="BIZ UDPゴシック"/>
          <w:b/>
          <w:color w:val="1F3A5F"/>
          <w:sz w:val="18"/>
          <w:lang w:eastAsia="zh-CN"/>
        </w:rPr>
        <w:t>【申込期限】令和8年</w:t>
      </w:r>
      <w:r w:rsidR="00750777">
        <w:rPr>
          <w:rFonts w:ascii="BIZ UDPゴシック" w:eastAsia="BIZ UDPゴシック" w:hAnsi="BIZ UDPゴシック" w:hint="eastAsia"/>
          <w:b/>
          <w:color w:val="1F3A5F"/>
          <w:sz w:val="18"/>
          <w:lang w:eastAsia="zh-CN"/>
        </w:rPr>
        <w:t>10</w:t>
      </w:r>
      <w:r w:rsidRPr="00360211">
        <w:rPr>
          <w:rFonts w:ascii="BIZ UDPゴシック" w:eastAsia="BIZ UDPゴシック" w:hAnsi="BIZ UDPゴシック"/>
          <w:b/>
          <w:color w:val="1F3A5F"/>
          <w:sz w:val="18"/>
          <w:lang w:eastAsia="zh-CN"/>
        </w:rPr>
        <w:t>月</w:t>
      </w:r>
      <w:r w:rsidR="00750777">
        <w:rPr>
          <w:rFonts w:ascii="BIZ UDPゴシック" w:eastAsia="BIZ UDPゴシック" w:hAnsi="BIZ UDPゴシック" w:hint="eastAsia"/>
          <w:b/>
          <w:color w:val="1F3A5F"/>
          <w:sz w:val="18"/>
          <w:lang w:eastAsia="zh-CN"/>
        </w:rPr>
        <w:t>1</w:t>
      </w:r>
      <w:r w:rsidR="00485C09">
        <w:rPr>
          <w:rFonts w:ascii="BIZ UDPゴシック" w:eastAsia="BIZ UDPゴシック" w:hAnsi="BIZ UDPゴシック" w:hint="eastAsia"/>
          <w:b/>
          <w:color w:val="1F3A5F"/>
          <w:sz w:val="18"/>
          <w:lang w:eastAsia="zh-CN"/>
        </w:rPr>
        <w:t>６</w:t>
      </w:r>
      <w:r w:rsidRPr="00360211">
        <w:rPr>
          <w:rFonts w:ascii="BIZ UDPゴシック" w:eastAsia="BIZ UDPゴシック" w:hAnsi="BIZ UDPゴシック"/>
          <w:b/>
          <w:color w:val="1F3A5F"/>
          <w:sz w:val="18"/>
          <w:lang w:eastAsia="zh-CN"/>
        </w:rPr>
        <w:t>日（</w:t>
      </w:r>
      <w:r w:rsidR="00485C09">
        <w:rPr>
          <w:rFonts w:ascii="BIZ UDPゴシック" w:eastAsia="BIZ UDPゴシック" w:hAnsi="BIZ UDPゴシック" w:hint="eastAsia"/>
          <w:b/>
          <w:color w:val="1F3A5F"/>
          <w:sz w:val="18"/>
          <w:lang w:eastAsia="zh-CN"/>
        </w:rPr>
        <w:t>金</w:t>
      </w:r>
      <w:r w:rsidRPr="00360211">
        <w:rPr>
          <w:rFonts w:ascii="BIZ UDPゴシック" w:eastAsia="BIZ UDPゴシック" w:hAnsi="BIZ UDPゴシック"/>
          <w:b/>
          <w:color w:val="1F3A5F"/>
          <w:sz w:val="18"/>
          <w:lang w:eastAsia="zh-CN"/>
        </w:rPr>
        <w:t>）　【送付先】新津商工会議所青年部事務局</w:t>
      </w:r>
    </w:p>
    <w:p w14:paraId="0E97DD75" w14:textId="7ED39735" w:rsidR="009210BC" w:rsidRPr="00360211" w:rsidRDefault="00000000">
      <w:pPr>
        <w:spacing w:after="20" w:line="252" w:lineRule="auto"/>
        <w:rPr>
          <w:rFonts w:ascii="BIZ UDPゴシック" w:eastAsia="BIZ UDPゴシック" w:hAnsi="BIZ UDPゴシック"/>
        </w:rPr>
      </w:pPr>
      <w:r w:rsidRPr="00360211">
        <w:rPr>
          <w:rFonts w:ascii="BIZ UDPゴシック" w:eastAsia="BIZ UDPゴシック" w:hAnsi="BIZ UDPゴシック"/>
          <w:color w:val="000000"/>
          <w:sz w:val="17"/>
        </w:rPr>
        <w:t>〒956-</w:t>
      </w:r>
      <w:r w:rsidR="00750777">
        <w:rPr>
          <w:rFonts w:ascii="BIZ UDPゴシック" w:eastAsia="BIZ UDPゴシック" w:hAnsi="BIZ UDPゴシック"/>
          <w:color w:val="000000"/>
          <w:sz w:val="17"/>
        </w:rPr>
        <w:t>0</w:t>
      </w:r>
      <w:r w:rsidRPr="00360211">
        <w:rPr>
          <w:rFonts w:ascii="BIZ UDPゴシック" w:eastAsia="BIZ UDPゴシック" w:hAnsi="BIZ UDPゴシック"/>
          <w:color w:val="000000"/>
          <w:sz w:val="17"/>
        </w:rPr>
        <w:t>864 新潟市秋葉区新津本町</w:t>
      </w:r>
      <w:r w:rsidR="00750777">
        <w:rPr>
          <w:rFonts w:ascii="BIZ UDPゴシック" w:eastAsia="BIZ UDPゴシック" w:hAnsi="BIZ UDPゴシック"/>
          <w:color w:val="000000"/>
          <w:sz w:val="17"/>
        </w:rPr>
        <w:t>3</w:t>
      </w:r>
      <w:r w:rsidRPr="00360211">
        <w:rPr>
          <w:rFonts w:ascii="BIZ UDPゴシック" w:eastAsia="BIZ UDPゴシック" w:hAnsi="BIZ UDPゴシック"/>
          <w:color w:val="000000"/>
          <w:sz w:val="17"/>
        </w:rPr>
        <w:t>-</w:t>
      </w:r>
      <w:r w:rsidR="00750777">
        <w:rPr>
          <w:rFonts w:ascii="BIZ UDPゴシック" w:eastAsia="BIZ UDPゴシック" w:hAnsi="BIZ UDPゴシック"/>
          <w:color w:val="000000"/>
          <w:sz w:val="17"/>
        </w:rPr>
        <w:t>1</w:t>
      </w:r>
      <w:r w:rsidRPr="00360211">
        <w:rPr>
          <w:rFonts w:ascii="BIZ UDPゴシック" w:eastAsia="BIZ UDPゴシック" w:hAnsi="BIZ UDPゴシック"/>
          <w:color w:val="000000"/>
          <w:sz w:val="17"/>
        </w:rPr>
        <w:t xml:space="preserve">-7　TEL </w:t>
      </w:r>
      <w:r w:rsidR="00750777">
        <w:rPr>
          <w:rFonts w:ascii="BIZ UDPゴシック" w:eastAsia="BIZ UDPゴシック" w:hAnsi="BIZ UDPゴシック"/>
          <w:color w:val="000000"/>
          <w:sz w:val="17"/>
        </w:rPr>
        <w:t>02</w:t>
      </w:r>
      <w:r w:rsidRPr="00360211">
        <w:rPr>
          <w:rFonts w:ascii="BIZ UDPゴシック" w:eastAsia="BIZ UDPゴシック" w:hAnsi="BIZ UDPゴシック"/>
          <w:color w:val="000000"/>
          <w:sz w:val="17"/>
        </w:rPr>
        <w:t>5</w:t>
      </w:r>
      <w:r w:rsidR="00750777">
        <w:rPr>
          <w:rFonts w:ascii="BIZ UDPゴシック" w:eastAsia="BIZ UDPゴシック" w:hAnsi="BIZ UDPゴシック"/>
          <w:color w:val="000000"/>
          <w:sz w:val="17"/>
        </w:rPr>
        <w:t>0</w:t>
      </w:r>
      <w:r w:rsidRPr="00360211">
        <w:rPr>
          <w:rFonts w:ascii="BIZ UDPゴシック" w:eastAsia="BIZ UDPゴシック" w:hAnsi="BIZ UDPゴシック"/>
          <w:color w:val="000000"/>
          <w:sz w:val="17"/>
        </w:rPr>
        <w:t>-</w:t>
      </w:r>
      <w:r w:rsidR="00750777">
        <w:rPr>
          <w:rFonts w:ascii="BIZ UDPゴシック" w:eastAsia="BIZ UDPゴシック" w:hAnsi="BIZ UDPゴシック"/>
          <w:color w:val="000000"/>
          <w:sz w:val="17"/>
        </w:rPr>
        <w:t>22</w:t>
      </w:r>
      <w:r w:rsidRPr="00360211">
        <w:rPr>
          <w:rFonts w:ascii="BIZ UDPゴシック" w:eastAsia="BIZ UDPゴシック" w:hAnsi="BIZ UDPゴシック"/>
          <w:color w:val="000000"/>
          <w:sz w:val="17"/>
        </w:rPr>
        <w:t>-</w:t>
      </w:r>
      <w:r w:rsidR="00750777">
        <w:rPr>
          <w:rFonts w:ascii="BIZ UDPゴシック" w:eastAsia="BIZ UDPゴシック" w:hAnsi="BIZ UDPゴシック"/>
          <w:color w:val="000000"/>
          <w:sz w:val="17"/>
        </w:rPr>
        <w:t>0121</w:t>
      </w:r>
      <w:r w:rsidRPr="00360211">
        <w:rPr>
          <w:rFonts w:ascii="BIZ UDPゴシック" w:eastAsia="BIZ UDPゴシック" w:hAnsi="BIZ UDPゴシック"/>
          <w:color w:val="000000"/>
          <w:sz w:val="17"/>
        </w:rPr>
        <w:t xml:space="preserve">　FAX </w:t>
      </w:r>
      <w:r w:rsidR="00750777">
        <w:rPr>
          <w:rFonts w:ascii="BIZ UDPゴシック" w:eastAsia="BIZ UDPゴシック" w:hAnsi="BIZ UDPゴシック"/>
          <w:color w:val="000000"/>
          <w:sz w:val="17"/>
        </w:rPr>
        <w:t>02</w:t>
      </w:r>
      <w:r w:rsidRPr="00360211">
        <w:rPr>
          <w:rFonts w:ascii="BIZ UDPゴシック" w:eastAsia="BIZ UDPゴシック" w:hAnsi="BIZ UDPゴシック"/>
          <w:color w:val="000000"/>
          <w:sz w:val="17"/>
        </w:rPr>
        <w:t>5</w:t>
      </w:r>
      <w:r w:rsidR="00750777">
        <w:rPr>
          <w:rFonts w:ascii="BIZ UDPゴシック" w:eastAsia="BIZ UDPゴシック" w:hAnsi="BIZ UDPゴシック"/>
          <w:color w:val="000000"/>
          <w:sz w:val="17"/>
        </w:rPr>
        <w:t>0</w:t>
      </w:r>
      <w:r w:rsidRPr="00360211">
        <w:rPr>
          <w:rFonts w:ascii="BIZ UDPゴシック" w:eastAsia="BIZ UDPゴシック" w:hAnsi="BIZ UDPゴシック"/>
          <w:color w:val="000000"/>
          <w:sz w:val="17"/>
        </w:rPr>
        <w:t>-</w:t>
      </w:r>
      <w:r w:rsidR="00750777">
        <w:rPr>
          <w:rFonts w:ascii="BIZ UDPゴシック" w:eastAsia="BIZ UDPゴシック" w:hAnsi="BIZ UDPゴシック"/>
          <w:color w:val="000000"/>
          <w:sz w:val="17"/>
        </w:rPr>
        <w:t>2</w:t>
      </w:r>
      <w:r w:rsidRPr="00360211">
        <w:rPr>
          <w:rFonts w:ascii="BIZ UDPゴシック" w:eastAsia="BIZ UDPゴシック" w:hAnsi="BIZ UDPゴシック"/>
          <w:color w:val="000000"/>
          <w:sz w:val="17"/>
        </w:rPr>
        <w:t>5-</w:t>
      </w:r>
      <w:r w:rsidR="00750777">
        <w:rPr>
          <w:rFonts w:ascii="BIZ UDPゴシック" w:eastAsia="BIZ UDPゴシック" w:hAnsi="BIZ UDPゴシック"/>
          <w:color w:val="000000"/>
          <w:sz w:val="17"/>
        </w:rPr>
        <w:t>2332</w:t>
      </w:r>
      <w:r w:rsidRPr="00360211">
        <w:rPr>
          <w:rFonts w:ascii="BIZ UDPゴシック" w:eastAsia="BIZ UDPゴシック" w:hAnsi="BIZ UDPゴシック"/>
          <w:color w:val="000000"/>
          <w:sz w:val="17"/>
        </w:rPr>
        <w:t xml:space="preserve">　E-mail n-yeg@fsinet.or.jp</w:t>
      </w:r>
    </w:p>
    <w:p w14:paraId="73178B1F" w14:textId="77777777" w:rsidR="009210BC" w:rsidRPr="00360211" w:rsidRDefault="00000000">
      <w:pPr>
        <w:spacing w:after="0"/>
        <w:rPr>
          <w:rFonts w:ascii="BIZ UDPゴシック" w:eastAsia="BIZ UDPゴシック" w:hAnsi="BIZ UDPゴシック"/>
        </w:rPr>
      </w:pPr>
      <w:r w:rsidRPr="00360211">
        <w:rPr>
          <w:rFonts w:ascii="BIZ UDPゴシック" w:eastAsia="BIZ UDPゴシック" w:hAnsi="BIZ UDPゴシック"/>
          <w:color w:val="666666"/>
          <w:sz w:val="16"/>
        </w:rPr>
        <w:t>※ご記入いただいた情報は、本セミナーの協賛受付・連絡・運営管理以外の目的には使用しません。</w:t>
      </w:r>
    </w:p>
    <w:p w14:paraId="69411840" w14:textId="6F42AA78" w:rsidR="009210BC" w:rsidRPr="00360211" w:rsidRDefault="009210BC">
      <w:pPr>
        <w:rPr>
          <w:rFonts w:ascii="BIZ UDPゴシック" w:eastAsia="BIZ UDPゴシック" w:hAnsi="BIZ UDPゴシック"/>
        </w:rPr>
      </w:pPr>
    </w:p>
    <w:sectPr w:rsidR="009210BC" w:rsidRPr="00360211" w:rsidSect="00034616">
      <w:footerReference w:type="default" r:id="rId10"/>
      <w:pgSz w:w="11906" w:h="16838"/>
      <w:pgMar w:top="709" w:right="879" w:bottom="709" w:left="879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0B12" w14:textId="77777777" w:rsidR="004566BD" w:rsidRDefault="004566BD">
      <w:pPr>
        <w:spacing w:after="0" w:line="240" w:lineRule="auto"/>
      </w:pPr>
      <w:r>
        <w:separator/>
      </w:r>
    </w:p>
  </w:endnote>
  <w:endnote w:type="continuationSeparator" w:id="0">
    <w:p w14:paraId="7C33EB7F" w14:textId="77777777" w:rsidR="004566BD" w:rsidRDefault="0045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723F" w14:textId="77777777" w:rsidR="009210BC" w:rsidRDefault="00000000">
    <w:pPr>
      <w:pStyle w:val="a7"/>
      <w:jc w:val="center"/>
      <w:rPr>
        <w:lang w:eastAsia="ja-JP"/>
      </w:rPr>
    </w:pPr>
    <w:r>
      <w:rPr>
        <w:color w:val="666666"/>
        <w:sz w:val="16"/>
        <w:lang w:eastAsia="ja-JP"/>
      </w:rPr>
      <w:t>新津商工会議所青年部「スガワラくん経営セミナー in 新潟」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560FE" w14:textId="77777777" w:rsidR="004566BD" w:rsidRDefault="004566BD">
      <w:pPr>
        <w:spacing w:after="0" w:line="240" w:lineRule="auto"/>
      </w:pPr>
      <w:r>
        <w:separator/>
      </w:r>
    </w:p>
  </w:footnote>
  <w:footnote w:type="continuationSeparator" w:id="0">
    <w:p w14:paraId="13463D69" w14:textId="77777777" w:rsidR="004566BD" w:rsidRDefault="00456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2173214">
    <w:abstractNumId w:val="8"/>
  </w:num>
  <w:num w:numId="2" w16cid:durableId="222326863">
    <w:abstractNumId w:val="6"/>
  </w:num>
  <w:num w:numId="3" w16cid:durableId="673262940">
    <w:abstractNumId w:val="5"/>
  </w:num>
  <w:num w:numId="4" w16cid:durableId="1771267886">
    <w:abstractNumId w:val="4"/>
  </w:num>
  <w:num w:numId="5" w16cid:durableId="640158962">
    <w:abstractNumId w:val="7"/>
  </w:num>
  <w:num w:numId="6" w16cid:durableId="1183086035">
    <w:abstractNumId w:val="3"/>
  </w:num>
  <w:num w:numId="7" w16cid:durableId="133136276">
    <w:abstractNumId w:val="2"/>
  </w:num>
  <w:num w:numId="8" w16cid:durableId="1979649313">
    <w:abstractNumId w:val="1"/>
  </w:num>
  <w:num w:numId="9" w16cid:durableId="175593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6883"/>
    <w:rsid w:val="0015074B"/>
    <w:rsid w:val="0016790B"/>
    <w:rsid w:val="0028509D"/>
    <w:rsid w:val="0029639D"/>
    <w:rsid w:val="002F650A"/>
    <w:rsid w:val="00326F90"/>
    <w:rsid w:val="00345467"/>
    <w:rsid w:val="00360211"/>
    <w:rsid w:val="00405487"/>
    <w:rsid w:val="004566BD"/>
    <w:rsid w:val="00485C09"/>
    <w:rsid w:val="004F3461"/>
    <w:rsid w:val="005E49F6"/>
    <w:rsid w:val="005F7464"/>
    <w:rsid w:val="00750777"/>
    <w:rsid w:val="009210BC"/>
    <w:rsid w:val="009F5729"/>
    <w:rsid w:val="00A34BF3"/>
    <w:rsid w:val="00AA1D8D"/>
    <w:rsid w:val="00B15D6F"/>
    <w:rsid w:val="00B47730"/>
    <w:rsid w:val="00CB0664"/>
    <w:rsid w:val="00E67FB5"/>
    <w:rsid w:val="00F84E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D08624"/>
  <w14:defaultImageDpi w14:val="300"/>
  <w15:docId w15:val="{512A03D7-2E8D-4B64-BED0-ACFF9413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/>
    </w:pPr>
    <w:rPr>
      <w:rFonts w:ascii="Noto Sans JP" w:eastAsia="Noto Sans JP" w:hAnsi="Noto Sans JP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F3A5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00"/>
      <w:outlineLvl w:val="1"/>
    </w:pPr>
    <w:rPr>
      <w:rFonts w:asciiTheme="majorHAnsi" w:eastAsiaTheme="majorEastAsia" w:hAnsiTheme="majorHAnsi" w:cstheme="majorBidi"/>
      <w:b/>
      <w:bCs/>
      <w:color w:val="1F3A5F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/>
      <w:b/>
      <w:bCs/>
      <w:color w:val="1F3A5F"/>
      <w:sz w:val="2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F84EDD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F84EDD"/>
    <w:rPr>
      <w:color w:val="605E5C"/>
      <w:shd w:val="clear" w:color="auto" w:fill="E1DFDD"/>
    </w:rPr>
  </w:style>
  <w:style w:type="character" w:styleId="aff1">
    <w:name w:val="FollowedHyperlink"/>
    <w:basedOn w:val="a2"/>
    <w:uiPriority w:val="99"/>
    <w:semiHidden/>
    <w:unhideWhenUsed/>
    <w:rsid w:val="00E67F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vHmYub9HjTnWTDd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スガワラくん経営セミナー in 新潟 協賛依頼書・協賛申込書</vt:lpstr>
      <vt:lpstr/>
    </vt:vector>
  </TitlesOfParts>
  <Manager/>
  <Company/>
  <LinksUpToDate>false</LinksUpToDate>
  <CharactersWithSpaces>976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スガワラくん経営セミナー in 新潟 協賛依頼書・協賛申込書</dc:title>
  <dc:subject>新津商工会議所青年部 協賛募集</dc:subject>
  <dc:creator>新津商工会議所青年部</dc:creator>
  <cp:keywords/>
  <dc:description>generated by python-docx</dc:description>
  <cp:lastModifiedBy>USER</cp:lastModifiedBy>
  <cp:revision>3</cp:revision>
  <cp:lastPrinted>2026-08-17T01:11:00Z</cp:lastPrinted>
  <dcterms:created xsi:type="dcterms:W3CDTF">2026-08-17T04:16:00Z</dcterms:created>
  <dcterms:modified xsi:type="dcterms:W3CDTF">2026-08-17T06:56:00Z</dcterms:modified>
  <cp:category/>
</cp:coreProperties>
</file>